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Maria durch ein Dornwald ging</w:t>
      </w:r>
    </w:p>
    <w:p/>
    <w:p>
      <w:pPr>
        <w:pStyle w:val="Heading2"/>
      </w:pPr>
      <w:r>
        <w:rPr>
          <w:sz w:val="28"/>
        </w:rPr>
        <w:t>Stimme (Sopran)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Ma-ri-a durch ein Dorn-wald ging. Ky-ri-e-le-i-son, Ma-ri-a durch ein-Dorn wald ging, der-hat-in sie-ben Jahr kein Laub_ ge-tra-gen. Je-sus und Ma-ri-a. :|| Da ha-ben die Dor nen Ro-sen ge-tra gen Da ha-ben die Dor-nen Ro-sen ge-tra-gen Ky-ri-e-le--son Als das Kind-lein durch den Wald ge-tra-gen, da ha-ben die Dor-nen Ro-sen ge-tra-gen, da ha-ben die Dor-nen_ Ro-sen ge-tra-gen. Je-sus und Ma-ri_ a.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was trug Ma-ri-a unter ih-rem Her-zen? Ky-ri-e-ie-i-son. Ein-klei-nes Kind-lein-oh-ne Schmer-zen, das trug Ma-ri-a un-ter ih-rem Her-zen. Je-sus und Ma-ri-a. :||</w:t>
      </w:r>
    </w:p>
    <w:p/>
    <w:p/>
    <w:p>
      <w:pPr>
        <w:pStyle w:val="Heading2"/>
      </w:pPr>
      <w:r>
        <w:rPr>
          <w:sz w:val="28"/>
        </w:rPr>
        <w:t>Stimme (ALT)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Ky-ri-e-le-i son. Ma-ri-a durch ein-Dorn-wald ging, der_ hat in sie-ben Jahr kein Laub ge-tra-gen. je-sus und Ma-ri-a. :||  | da ha-ben die Dor-nen Ro-sen ge-tra-gen Ky-ri-e-le-i-son Als das Kind-lein durch den Wald ge-tra-gen, da ha-ben die Dor-nen Ro sen ge tra-gen, da ha-ben die Dor-nen Ro-sen ge-tra-gen. Je sus und Ma-ri_ a.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Ky-ri-e-le-i son. Ein klei-nes Kind-lein oh-ne Schmer-zen, das trug Ma-ri-a un-ter ih-rem Her-zen. Je-sus und Ma-ri-a. :||  |</w:t>
      </w:r>
    </w:p>
    <w:p/>
    <w:p/>
    <w:p>
      <w:pPr>
        <w:pStyle w:val="Heading2"/>
      </w:pPr>
      <w:r>
        <w:rPr>
          <w:sz w:val="28"/>
        </w:rPr>
        <w:t>Stimme (Bass)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Ky-ri-e-Ie-i-son. Ma-ri-a durch ein Dorn-wald ging, der_ hat_ in sie-ben Jahr kein Laub ge-tra-gen. Je-sus und Ma-ri-a. :||  | Da ha-ben die Dor-nen Ro-sen ge-tra-gen Ky-ri-e-le-i-son. Als das Kind-ein durch den Wald ge-tra-gen, da ha-den die Dor-nen Ro sen ge-tra-gen, da ha-ben die Dor-nen Ro-sen ge-tra-gen Je-sus und Ma-ri_ a.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Ky-fi-e-ie-i-son. Ein klei-nes Kind-lein oh-ne Schmer-zen, das trug Ma-ri-a un-ter ih-rem Her-zen. Je-sus und Ma-ri-a. :||  |</w:t>
      </w:r>
    </w:p>
    <w:p/>
    <w:p/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